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</w:pPr>
      <w:r>
        <w:rPr>
          <w:rFonts w:ascii="Calibri" w:hAnsi="Calibri"/>
          <w:b/>
          <w:i w:val="0"/>
          <w:color w:val="052F4F"/>
          <w:sz w:val="30"/>
        </w:rPr>
        <w:t>PROFESSIONAL ASSOCIATION &amp; PROFILE CONSENT FORM</w:t>
      </w:r>
    </w:p>
    <w:p>
      <w:pPr>
        <w:spacing w:after="80"/>
        <w:jc w:val="center"/>
      </w:pPr>
      <w:r>
        <w:rPr>
          <w:rFonts w:ascii="Calibri" w:hAnsi="Calibri"/>
          <w:b w:val="0"/>
          <w:i w:val="0"/>
          <w:color w:val="5C7183"/>
          <w:sz w:val="17"/>
        </w:rPr>
        <w:t>For professionals seeking association with the MyIndustryDesk Consultation Desk</w:t>
      </w:r>
    </w:p>
    <w:tbl>
      <w:tblPr>
        <w:tblW w:type="dxa" w:w="10280"/>
        <w:jc w:val="left"/>
        <w:tblLayout w:type="fixed"/>
        <w:tblLook w:firstColumn="1" w:firstRow="1" w:lastColumn="0" w:lastRow="0" w:noHBand="0" w:noVBand="1" w:val="04A0"/>
        <w:tblInd w:w="60" w:type="dxa"/>
      </w:tblPr>
      <w:tblGrid>
        <w:gridCol w:w="3425"/>
        <w:gridCol w:w="3425"/>
        <w:gridCol w:w="3430"/>
      </w:tblGrid>
      <w:tr>
        <w:trPr>
          <w:cantSplit/>
        </w:trPr>
        <w:tc>
          <w:tcPr>
            <w:tcW w:type="dxa" w:w="3425"/>
            <w:shd w:fill="EEF4F8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  <w:tcBorders>
              <w:top w:val="single" w:sz="6" w:space="0" w:color="C9D8E1"/>
              <w:start w:val="single" w:sz="6" w:space="0" w:color="C9D8E1"/>
              <w:bottom w:val="single" w:sz="6" w:space="0" w:color="C9D8E1"/>
              <w:end w:val="single" w:sz="6" w:space="0" w:color="C9D8E1"/>
              <w:insideH w:val="single" w:sz="6" w:space="0" w:color="C9D8E1"/>
              <w:insideV w:val="single" w:sz="6" w:space="0" w:color="C9D8E1"/>
            </w:tcBorders>
          </w:tcPr>
          <w:p>
            <w:pPr>
              <w:spacing w:after="30"/>
            </w:pPr>
            <w:r/>
            <w:r>
              <w:rPr>
                <w:rFonts w:ascii="Calibri" w:hAnsi="Calibri"/>
                <w:b/>
                <w:i w:val="0"/>
                <w:color w:val="052F4F"/>
                <w:sz w:val="15"/>
              </w:rPr>
              <w:t>APPLICATION ID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364A"/>
                <w:sz w:val="16"/>
              </w:rPr>
              <w:t>MID-PRO-________________</w:t>
            </w:r>
          </w:p>
        </w:tc>
        <w:tc>
          <w:tcPr>
            <w:tcW w:type="dxa" w:w="3425"/>
            <w:shd w:fill="EEF4F8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  <w:tcBorders>
              <w:top w:val="single" w:sz="6" w:space="0" w:color="C9D8E1"/>
              <w:start w:val="single" w:sz="6" w:space="0" w:color="C9D8E1"/>
              <w:bottom w:val="single" w:sz="6" w:space="0" w:color="C9D8E1"/>
              <w:end w:val="single" w:sz="6" w:space="0" w:color="C9D8E1"/>
              <w:insideH w:val="single" w:sz="6" w:space="0" w:color="C9D8E1"/>
              <w:insideV w:val="single" w:sz="6" w:space="0" w:color="C9D8E1"/>
            </w:tcBorders>
          </w:tcPr>
          <w:p>
            <w:pPr>
              <w:spacing w:after="30"/>
            </w:pPr>
            <w:r/>
            <w:r>
              <w:rPr>
                <w:rFonts w:ascii="Calibri" w:hAnsi="Calibri"/>
                <w:b/>
                <w:i w:val="0"/>
                <w:color w:val="052F4F"/>
                <w:sz w:val="15"/>
              </w:rPr>
              <w:t>APPLICATION DATE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364A"/>
                <w:sz w:val="16"/>
              </w:rPr>
              <w:t>____ / ____ / ______</w:t>
            </w:r>
          </w:p>
        </w:tc>
        <w:tc>
          <w:tcPr>
            <w:tcW w:type="dxa" w:w="3430"/>
            <w:shd w:fill="EEF4F8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  <w:tcBorders>
              <w:top w:val="single" w:sz="6" w:space="0" w:color="C9D8E1"/>
              <w:start w:val="single" w:sz="6" w:space="0" w:color="C9D8E1"/>
              <w:bottom w:val="single" w:sz="6" w:space="0" w:color="C9D8E1"/>
              <w:end w:val="single" w:sz="6" w:space="0" w:color="C9D8E1"/>
              <w:insideH w:val="single" w:sz="6" w:space="0" w:color="C9D8E1"/>
              <w:insideV w:val="single" w:sz="6" w:space="0" w:color="C9D8E1"/>
            </w:tcBorders>
          </w:tcPr>
          <w:p>
            <w:pPr>
              <w:spacing w:after="30"/>
            </w:pPr>
            <w:r/>
            <w:r>
              <w:rPr>
                <w:rFonts w:ascii="Calibri" w:hAnsi="Calibri"/>
                <w:b/>
                <w:i w:val="0"/>
                <w:color w:val="052F4F"/>
                <w:sz w:val="15"/>
              </w:rPr>
              <w:t>PROFILE STATUS — INTERNAL USE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364A"/>
                <w:sz w:val="16"/>
              </w:rPr>
              <w:t>Draft / Verified / Active</w:t>
            </w:r>
          </w:p>
        </w:tc>
      </w:tr>
    </w:tbl>
    <w:tbl>
      <w:tblPr>
        <w:tblW w:type="dxa" w:w="10280"/>
        <w:jc w:val="left"/>
        <w:tblLayout w:type="fixed"/>
        <w:tblLook w:firstColumn="1" w:firstRow="1" w:lastColumn="0" w:lastRow="0" w:noHBand="0" w:noVBand="1" w:val="04A0"/>
        <w:tblInd w:w="60" w:type="dxa"/>
      </w:tblPr>
      <w:tblGrid>
        <w:gridCol w:w="10280"/>
      </w:tblGrid>
      <w:tr>
        <w:trPr>
          <w:cantSplit/>
        </w:trPr>
        <w:tc>
          <w:tcPr>
            <w:tcW w:type="dxa" w:w="10280"/>
            <w:shd w:fill="052F4F"/>
            <w:tcBorders>
              <w:top w:val="single" w:sz="6" w:space="0" w:color="C9D8E1"/>
              <w:start w:val="single" w:sz="6" w:space="0" w:color="C9D8E1"/>
              <w:bottom w:val="single" w:sz="6" w:space="0" w:color="C9D8E1"/>
              <w:end w:val="single" w:sz="6" w:space="0" w:color="C9D8E1"/>
              <w:insideH w:val="single" w:sz="6" w:space="0" w:color="C9D8E1"/>
              <w:insideV w:val="single" w:sz="6" w:space="0" w:color="C9D8E1"/>
            </w:tcBorders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A. Professional details</w:t>
            </w:r>
          </w:p>
        </w:tc>
      </w:tr>
    </w:tbl>
    <w:p>
      <w:pPr>
        <w:spacing w:after="20" w:line="48" w:lineRule="auto"/>
      </w:pPr>
    </w:p>
    <w:tbl>
      <w:tblPr>
        <w:tblW w:type="dxa" w:w="10280"/>
        <w:jc w:val="left"/>
        <w:tblLayout w:type="fixed"/>
        <w:tblLook w:firstColumn="1" w:firstRow="1" w:lastColumn="0" w:lastRow="0" w:noHBand="0" w:noVBand="1" w:val="04A0"/>
        <w:tblInd w:w="60" w:type="dxa"/>
      </w:tblPr>
      <w:tblGrid>
        <w:gridCol w:w="5140"/>
        <w:gridCol w:w="5140"/>
      </w:tblGrid>
      <w:tr>
        <w:trPr>
          <w:cantSplit/>
        </w:trPr>
        <w:tc>
          <w:tcPr>
            <w:tcW w:type="dxa" w:w="514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  <w:tcBorders>
              <w:top w:val="single" w:sz="6" w:space="0" w:color="C9D8E1"/>
              <w:start w:val="single" w:sz="6" w:space="0" w:color="C9D8E1"/>
              <w:bottom w:val="single" w:sz="6" w:space="0" w:color="C9D8E1"/>
              <w:end w:val="single" w:sz="6" w:space="0" w:color="C9D8E1"/>
              <w:insideH w:val="single" w:sz="6" w:space="0" w:color="C9D8E1"/>
              <w:insideV w:val="single" w:sz="6" w:space="0" w:color="C9D8E1"/>
            </w:tcBorders>
          </w:tcPr>
          <w:p>
            <w:pPr>
              <w:spacing w:after="30"/>
            </w:pPr>
            <w:r/>
            <w:r>
              <w:rPr>
                <w:rFonts w:ascii="Calibri" w:hAnsi="Calibri"/>
                <w:b/>
                <w:i w:val="0"/>
                <w:color w:val="052F4F"/>
                <w:sz w:val="15"/>
              </w:rPr>
              <w:t>FULL LEGAL NAME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364A"/>
                <w:sz w:val="16"/>
              </w:rPr>
              <w:t>____________________________________________________________</w:t>
            </w:r>
          </w:p>
        </w:tc>
        <w:tc>
          <w:tcPr>
            <w:tcW w:type="dxa" w:w="514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  <w:tcBorders>
              <w:top w:val="single" w:sz="6" w:space="0" w:color="C9D8E1"/>
              <w:start w:val="single" w:sz="6" w:space="0" w:color="C9D8E1"/>
              <w:bottom w:val="single" w:sz="6" w:space="0" w:color="C9D8E1"/>
              <w:end w:val="single" w:sz="6" w:space="0" w:color="C9D8E1"/>
              <w:insideH w:val="single" w:sz="6" w:space="0" w:color="C9D8E1"/>
              <w:insideV w:val="single" w:sz="6" w:space="0" w:color="C9D8E1"/>
            </w:tcBorders>
          </w:tcPr>
          <w:p>
            <w:pPr>
              <w:spacing w:after="30"/>
            </w:pPr>
            <w:r/>
            <w:r>
              <w:rPr>
                <w:rFonts w:ascii="Calibri" w:hAnsi="Calibri"/>
                <w:b/>
                <w:i w:val="0"/>
                <w:color w:val="052F4F"/>
                <w:sz w:val="15"/>
              </w:rPr>
              <w:t>PREFERRED PUBLIC NAME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364A"/>
                <w:sz w:val="16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5140"/>
            <w:shd w:fill="F5F7F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  <w:tcBorders>
              <w:top w:val="single" w:sz="6" w:space="0" w:color="C9D8E1"/>
              <w:start w:val="single" w:sz="6" w:space="0" w:color="C9D8E1"/>
              <w:bottom w:val="single" w:sz="6" w:space="0" w:color="C9D8E1"/>
              <w:end w:val="single" w:sz="6" w:space="0" w:color="C9D8E1"/>
              <w:insideH w:val="single" w:sz="6" w:space="0" w:color="C9D8E1"/>
              <w:insideV w:val="single" w:sz="6" w:space="0" w:color="C9D8E1"/>
            </w:tcBorders>
          </w:tcPr>
          <w:p>
            <w:pPr>
              <w:spacing w:after="30"/>
            </w:pPr>
            <w:r/>
            <w:r>
              <w:rPr>
                <w:rFonts w:ascii="Calibri" w:hAnsi="Calibri"/>
                <w:b/>
                <w:i w:val="0"/>
                <w:color w:val="052F4F"/>
                <w:sz w:val="15"/>
              </w:rPr>
              <w:t>CURRENT ROLE / ORGANISATION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364A"/>
                <w:sz w:val="16"/>
              </w:rPr>
              <w:t>____________________________________________________________</w:t>
            </w:r>
          </w:p>
        </w:tc>
        <w:tc>
          <w:tcPr>
            <w:tcW w:type="dxa" w:w="5140"/>
            <w:shd w:fill="F5F7F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  <w:tcBorders>
              <w:top w:val="single" w:sz="6" w:space="0" w:color="C9D8E1"/>
              <w:start w:val="single" w:sz="6" w:space="0" w:color="C9D8E1"/>
              <w:bottom w:val="single" w:sz="6" w:space="0" w:color="C9D8E1"/>
              <w:end w:val="single" w:sz="6" w:space="0" w:color="C9D8E1"/>
              <w:insideH w:val="single" w:sz="6" w:space="0" w:color="C9D8E1"/>
              <w:insideV w:val="single" w:sz="6" w:space="0" w:color="C9D8E1"/>
            </w:tcBorders>
          </w:tcPr>
          <w:p>
            <w:pPr>
              <w:spacing w:after="30"/>
            </w:pPr>
            <w:r/>
            <w:r>
              <w:rPr>
                <w:rFonts w:ascii="Calibri" w:hAnsi="Calibri"/>
                <w:b/>
                <w:i w:val="0"/>
                <w:color w:val="052F4F"/>
                <w:sz w:val="15"/>
              </w:rPr>
              <w:t>CITY &amp; STATE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364A"/>
                <w:sz w:val="16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514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  <w:tcBorders>
              <w:top w:val="single" w:sz="6" w:space="0" w:color="C9D8E1"/>
              <w:start w:val="single" w:sz="6" w:space="0" w:color="C9D8E1"/>
              <w:bottom w:val="single" w:sz="6" w:space="0" w:color="C9D8E1"/>
              <w:end w:val="single" w:sz="6" w:space="0" w:color="C9D8E1"/>
              <w:insideH w:val="single" w:sz="6" w:space="0" w:color="C9D8E1"/>
              <w:insideV w:val="single" w:sz="6" w:space="0" w:color="C9D8E1"/>
            </w:tcBorders>
          </w:tcPr>
          <w:p>
            <w:pPr>
              <w:spacing w:after="30"/>
            </w:pPr>
            <w:r/>
            <w:r>
              <w:rPr>
                <w:rFonts w:ascii="Calibri" w:hAnsi="Calibri"/>
                <w:b/>
                <w:i w:val="0"/>
                <w:color w:val="052F4F"/>
                <w:sz w:val="15"/>
              </w:rPr>
              <w:t>MOBILE / WHATSAPP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364A"/>
                <w:sz w:val="16"/>
              </w:rPr>
              <w:t>____________________________________________________________</w:t>
            </w:r>
          </w:p>
        </w:tc>
        <w:tc>
          <w:tcPr>
            <w:tcW w:type="dxa" w:w="514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  <w:tcBorders>
              <w:top w:val="single" w:sz="6" w:space="0" w:color="C9D8E1"/>
              <w:start w:val="single" w:sz="6" w:space="0" w:color="C9D8E1"/>
              <w:bottom w:val="single" w:sz="6" w:space="0" w:color="C9D8E1"/>
              <w:end w:val="single" w:sz="6" w:space="0" w:color="C9D8E1"/>
              <w:insideH w:val="single" w:sz="6" w:space="0" w:color="C9D8E1"/>
              <w:insideV w:val="single" w:sz="6" w:space="0" w:color="C9D8E1"/>
            </w:tcBorders>
          </w:tcPr>
          <w:p>
            <w:pPr>
              <w:spacing w:after="30"/>
            </w:pPr>
            <w:r/>
            <w:r>
              <w:rPr>
                <w:rFonts w:ascii="Calibri" w:hAnsi="Calibri"/>
                <w:b/>
                <w:i w:val="0"/>
                <w:color w:val="052F4F"/>
                <w:sz w:val="15"/>
              </w:rPr>
              <w:t>EMAIL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364A"/>
                <w:sz w:val="16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5140"/>
            <w:shd w:fill="F5F7F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  <w:tcBorders>
              <w:top w:val="single" w:sz="6" w:space="0" w:color="C9D8E1"/>
              <w:start w:val="single" w:sz="6" w:space="0" w:color="C9D8E1"/>
              <w:bottom w:val="single" w:sz="6" w:space="0" w:color="C9D8E1"/>
              <w:end w:val="single" w:sz="6" w:space="0" w:color="C9D8E1"/>
              <w:insideH w:val="single" w:sz="6" w:space="0" w:color="C9D8E1"/>
              <w:insideV w:val="single" w:sz="6" w:space="0" w:color="C9D8E1"/>
            </w:tcBorders>
          </w:tcPr>
          <w:p>
            <w:pPr>
              <w:spacing w:after="30"/>
            </w:pPr>
            <w:r/>
            <w:r>
              <w:rPr>
                <w:rFonts w:ascii="Calibri" w:hAnsi="Calibri"/>
                <w:b/>
                <w:i w:val="0"/>
                <w:color w:val="052F4F"/>
                <w:sz w:val="15"/>
              </w:rPr>
              <w:t>QUALIFICATION / MEMBERSHIP OR REGISTRATION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364A"/>
                <w:sz w:val="16"/>
              </w:rPr>
              <w:t>____________________________________________________________</w:t>
            </w:r>
          </w:p>
        </w:tc>
        <w:tc>
          <w:tcPr>
            <w:tcW w:type="dxa" w:w="5140"/>
            <w:shd w:fill="F5F7F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  <w:tcBorders>
              <w:top w:val="single" w:sz="6" w:space="0" w:color="C9D8E1"/>
              <w:start w:val="single" w:sz="6" w:space="0" w:color="C9D8E1"/>
              <w:bottom w:val="single" w:sz="6" w:space="0" w:color="C9D8E1"/>
              <w:end w:val="single" w:sz="6" w:space="0" w:color="C9D8E1"/>
              <w:insideH w:val="single" w:sz="6" w:space="0" w:color="C9D8E1"/>
              <w:insideV w:val="single" w:sz="6" w:space="0" w:color="C9D8E1"/>
            </w:tcBorders>
          </w:tcPr>
          <w:p>
            <w:pPr>
              <w:spacing w:after="30"/>
            </w:pPr>
            <w:r/>
            <w:r>
              <w:rPr>
                <w:rFonts w:ascii="Calibri" w:hAnsi="Calibri"/>
                <w:b/>
                <w:i w:val="0"/>
                <w:color w:val="052F4F"/>
                <w:sz w:val="15"/>
              </w:rPr>
              <w:t>EXPERIENCE — YEARS / PRIMARY SECTOR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364A"/>
                <w:sz w:val="16"/>
              </w:rPr>
              <w:t>____________________________________________________________</w:t>
            </w:r>
          </w:p>
        </w:tc>
      </w:tr>
    </w:tbl>
    <w:p>
      <w:pPr>
        <w:spacing w:after="50" w:line="252" w:lineRule="auto"/>
      </w:pPr>
      <w:r>
        <w:rPr>
          <w:rFonts w:ascii="Calibri" w:hAnsi="Calibri"/>
          <w:b w:val="0"/>
          <w:i w:val="0"/>
          <w:color w:val="20364A"/>
          <w:sz w:val="15"/>
        </w:rPr>
        <w:t>Professional category:  □ CA  □ CS  □ CMA  □ Advocate  □ Banker/NBFC professional  □ Former banker/regulator/public-sector professional  □ Engineer/technical specialist  □ Valuer/IP/other registered professional  □ Industry practitioner  □ Academic/trainer  □ Semi-qualified/professional associate  □ Other: __________________</w:t>
      </w:r>
    </w:p>
    <w:tbl>
      <w:tblPr>
        <w:tblW w:type="dxa" w:w="10280"/>
        <w:jc w:val="left"/>
        <w:tblLayout w:type="fixed"/>
        <w:tblLook w:firstColumn="1" w:firstRow="1" w:lastColumn="0" w:lastRow="0" w:noHBand="0" w:noVBand="1" w:val="04A0"/>
        <w:tblInd w:w="60" w:type="dxa"/>
      </w:tblPr>
      <w:tblGrid>
        <w:gridCol w:w="10280"/>
      </w:tblGrid>
      <w:tr>
        <w:trPr>
          <w:cantSplit/>
        </w:trPr>
        <w:tc>
          <w:tcPr>
            <w:tcW w:type="dxa" w:w="10280"/>
            <w:shd w:fill="052F4F"/>
            <w:tcBorders>
              <w:top w:val="single" w:sz="6" w:space="0" w:color="C9D8E1"/>
              <w:start w:val="single" w:sz="6" w:space="0" w:color="C9D8E1"/>
              <w:bottom w:val="single" w:sz="6" w:space="0" w:color="C9D8E1"/>
              <w:end w:val="single" w:sz="6" w:space="0" w:color="C9D8E1"/>
              <w:insideH w:val="single" w:sz="6" w:space="0" w:color="C9D8E1"/>
              <w:insideV w:val="single" w:sz="6" w:space="0" w:color="C9D8E1"/>
            </w:tcBorders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B. Preferred association and capability</w:t>
            </w:r>
          </w:p>
        </w:tc>
      </w:tr>
    </w:tbl>
    <w:p>
      <w:pPr>
        <w:spacing w:after="20" w:line="48" w:lineRule="auto"/>
      </w:pPr>
    </w:p>
    <w:p>
      <w:pPr>
        <w:spacing w:after="50" w:line="252" w:lineRule="auto"/>
      </w:pPr>
      <w:r>
        <w:rPr>
          <w:rFonts w:ascii="Calibri" w:hAnsi="Calibri"/>
          <w:b w:val="0"/>
          <w:i w:val="0"/>
          <w:color w:val="20364A"/>
          <w:sz w:val="15"/>
        </w:rPr>
        <w:t>Association preference:  □ Core Consultant Panel  □ Assignment-based Consultant  □ Specialist Reviewer  □ State/Regional Associate  □ Advisory/Mentor  □ Knowledge/Training Contributor  □ Supervised Associate  □ Institutional Partner</w:t>
      </w:r>
    </w:p>
    <w:tbl>
      <w:tblPr>
        <w:tblW w:type="dxa" w:w="10280"/>
        <w:jc w:val="left"/>
        <w:tblLayout w:type="fixed"/>
        <w:tblLook w:firstColumn="1" w:firstRow="1" w:lastColumn="0" w:lastRow="0" w:noHBand="0" w:noVBand="1" w:val="04A0"/>
        <w:tblInd w:w="60" w:type="dxa"/>
      </w:tblPr>
      <w:tblGrid>
        <w:gridCol w:w="5140"/>
        <w:gridCol w:w="5140"/>
      </w:tblGrid>
      <w:tr>
        <w:trPr>
          <w:cantSplit/>
        </w:trPr>
        <w:tc>
          <w:tcPr>
            <w:tcW w:type="dxa" w:w="514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  <w:tcBorders>
              <w:top w:val="single" w:sz="6" w:space="0" w:color="C9D8E1"/>
              <w:start w:val="single" w:sz="6" w:space="0" w:color="C9D8E1"/>
              <w:bottom w:val="single" w:sz="6" w:space="0" w:color="C9D8E1"/>
              <w:end w:val="single" w:sz="6" w:space="0" w:color="C9D8E1"/>
              <w:insideH w:val="single" w:sz="6" w:space="0" w:color="C9D8E1"/>
              <w:insideV w:val="single" w:sz="6" w:space="0" w:color="C9D8E1"/>
            </w:tcBorders>
          </w:tcPr>
          <w:p>
            <w:pPr>
              <w:spacing w:after="30"/>
            </w:pPr>
            <w:r/>
            <w:r>
              <w:rPr>
                <w:rFonts w:ascii="Calibri" w:hAnsi="Calibri"/>
                <w:b/>
                <w:i w:val="0"/>
                <w:color w:val="052F4F"/>
                <w:sz w:val="15"/>
              </w:rPr>
              <w:t>PRIMARY AREAS OF EXPERTISE — MAXIMUM 4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364A"/>
                <w:sz w:val="16"/>
              </w:rPr>
              <w:t>1. __________________  2. __________________  3. __________________  4. __________________</w:t>
            </w:r>
          </w:p>
        </w:tc>
        <w:tc>
          <w:tcPr>
            <w:tcW w:type="dxa" w:w="514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  <w:tcBorders>
              <w:top w:val="single" w:sz="6" w:space="0" w:color="C9D8E1"/>
              <w:start w:val="single" w:sz="6" w:space="0" w:color="C9D8E1"/>
              <w:bottom w:val="single" w:sz="6" w:space="0" w:color="C9D8E1"/>
              <w:end w:val="single" w:sz="6" w:space="0" w:color="C9D8E1"/>
              <w:insideH w:val="single" w:sz="6" w:space="0" w:color="C9D8E1"/>
              <w:insideV w:val="single" w:sz="6" w:space="0" w:color="C9D8E1"/>
            </w:tcBorders>
          </w:tcPr>
          <w:p>
            <w:pPr>
              <w:spacing w:after="30"/>
            </w:pPr>
            <w:r/>
            <w:r>
              <w:rPr>
                <w:rFonts w:ascii="Calibri" w:hAnsi="Calibri"/>
                <w:b/>
                <w:i w:val="0"/>
                <w:color w:val="052F4F"/>
                <w:sz w:val="15"/>
              </w:rPr>
              <w:t>GEOGRAPHY / LANGUAGES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364A"/>
                <w:sz w:val="16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5140"/>
            <w:shd w:fill="F5F7F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  <w:tcBorders>
              <w:top w:val="single" w:sz="6" w:space="0" w:color="C9D8E1"/>
              <w:start w:val="single" w:sz="6" w:space="0" w:color="C9D8E1"/>
              <w:bottom w:val="single" w:sz="6" w:space="0" w:color="C9D8E1"/>
              <w:end w:val="single" w:sz="6" w:space="0" w:color="C9D8E1"/>
              <w:insideH w:val="single" w:sz="6" w:space="0" w:color="C9D8E1"/>
              <w:insideV w:val="single" w:sz="6" w:space="0" w:color="C9D8E1"/>
            </w:tcBorders>
          </w:tcPr>
          <w:p>
            <w:pPr>
              <w:spacing w:after="30"/>
            </w:pPr>
            <w:r/>
            <w:r>
              <w:rPr>
                <w:rFonts w:ascii="Calibri" w:hAnsi="Calibri"/>
                <w:b/>
                <w:i w:val="0"/>
                <w:color w:val="052F4F"/>
                <w:sz w:val="15"/>
              </w:rPr>
              <w:t>AVAILABILITY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364A"/>
                <w:sz w:val="16"/>
              </w:rPr>
              <w:t>□ Remote/Pan-India  □ On-site  □ Review only  □ By prior arrangement</w:t>
            </w:r>
          </w:p>
        </w:tc>
        <w:tc>
          <w:tcPr>
            <w:tcW w:type="dxa" w:w="5140"/>
            <w:shd w:fill="F5F7F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  <w:tcBorders>
              <w:top w:val="single" w:sz="6" w:space="0" w:color="C9D8E1"/>
              <w:start w:val="single" w:sz="6" w:space="0" w:color="C9D8E1"/>
              <w:bottom w:val="single" w:sz="6" w:space="0" w:color="C9D8E1"/>
              <w:end w:val="single" w:sz="6" w:space="0" w:color="C9D8E1"/>
              <w:insideH w:val="single" w:sz="6" w:space="0" w:color="C9D8E1"/>
              <w:insideV w:val="single" w:sz="6" w:space="0" w:color="C9D8E1"/>
            </w:tcBorders>
          </w:tcPr>
          <w:p>
            <w:pPr>
              <w:spacing w:after="30"/>
            </w:pPr>
            <w:r/>
            <w:r>
              <w:rPr>
                <w:rFonts w:ascii="Calibri" w:hAnsi="Calibri"/>
                <w:b/>
                <w:i w:val="0"/>
                <w:color w:val="052F4F"/>
                <w:sz w:val="15"/>
              </w:rPr>
              <w:t>SUPPORTING DOCUMENTS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364A"/>
                <w:sz w:val="16"/>
              </w:rPr>
              <w:t>□ CV  □ Headshot  □ Credential proof — through secure request only</w:t>
            </w:r>
          </w:p>
        </w:tc>
      </w:tr>
    </w:tbl>
    <w:tbl>
      <w:tblPr>
        <w:tblW w:type="dxa" w:w="10280"/>
        <w:jc w:val="left"/>
        <w:tblLayout w:type="fixed"/>
        <w:tblLook w:firstColumn="1" w:firstRow="1" w:lastColumn="0" w:lastRow="0" w:noHBand="0" w:noVBand="1" w:val="04A0"/>
        <w:tblInd w:w="60" w:type="dxa"/>
      </w:tblPr>
      <w:tblGrid>
        <w:gridCol w:w="10280"/>
      </w:tblGrid>
      <w:tr>
        <w:trPr>
          <w:cantSplit/>
        </w:trPr>
        <w:tc>
          <w:tcPr>
            <w:tcW w:type="dxa" w:w="10280"/>
            <w:shd w:fill="052F4F"/>
            <w:tcBorders>
              <w:top w:val="single" w:sz="6" w:space="0" w:color="C9D8E1"/>
              <w:start w:val="single" w:sz="6" w:space="0" w:color="C9D8E1"/>
              <w:bottom w:val="single" w:sz="6" w:space="0" w:color="C9D8E1"/>
              <w:end w:val="single" w:sz="6" w:space="0" w:color="C9D8E1"/>
              <w:insideH w:val="single" w:sz="6" w:space="0" w:color="C9D8E1"/>
              <w:insideV w:val="single" w:sz="6" w:space="0" w:color="C9D8E1"/>
            </w:tcBorders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C. Consent and declaration</w:t>
            </w:r>
          </w:p>
        </w:tc>
      </w:tr>
    </w:tbl>
    <w:p>
      <w:pPr>
        <w:spacing w:after="20" w:line="48" w:lineRule="auto"/>
      </w:pPr>
    </w:p>
    <w:tbl>
      <w:tblPr>
        <w:tblW w:type="dxa" w:w="10280"/>
        <w:jc w:val="left"/>
        <w:tblLayout w:type="fixed"/>
        <w:tblLook w:firstColumn="1" w:firstRow="1" w:lastColumn="0" w:lastRow="0" w:noHBand="0" w:noVBand="1" w:val="04A0"/>
        <w:tblInd w:w="60" w:type="dxa"/>
      </w:tblPr>
      <w:tblGrid>
        <w:gridCol w:w="10280"/>
      </w:tblGrid>
      <w:tr>
        <w:trPr>
          <w:cantSplit/>
        </w:trPr>
        <w:tc>
          <w:tcPr>
            <w:tcW w:type="dxa" w:w="10280"/>
            <w:shd w:fill="E8F7F5"/>
            <w:tcBorders>
              <w:top w:val="single" w:sz="6" w:space="0" w:color="C9D8E1"/>
              <w:start w:val="single" w:sz="6" w:space="0" w:color="C9D8E1"/>
              <w:bottom w:val="single" w:sz="6" w:space="0" w:color="C9D8E1"/>
              <w:end w:val="single" w:sz="6" w:space="0" w:color="C9D8E1"/>
              <w:insideH w:val="single" w:sz="6" w:space="0" w:color="C9D8E1"/>
              <w:insideV w:val="single" w:sz="6" w:space="0" w:color="C9D8E1"/>
            </w:tcBorders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44" w:line="245" w:lineRule="auto"/>
            </w:pPr>
            <w:r/>
            <w:r>
              <w:rPr>
                <w:rFonts w:ascii="Calibri" w:hAnsi="Calibri"/>
                <w:b w:val="0"/>
                <w:i w:val="0"/>
                <w:color w:val="20364A"/>
                <w:sz w:val="15"/>
              </w:rPr>
              <w:t>□ I confirm that the information and credentials supplied by me are accurate, current and lawfully usable, and I will comply with applicable law, professional-institute rules and employer/service restrictions.</w:t>
            </w:r>
          </w:p>
          <w:p>
            <w:pPr>
              <w:spacing w:after="44" w:line="245" w:lineRule="auto"/>
            </w:pPr>
            <w:r>
              <w:rPr>
                <w:rFonts w:ascii="Calibri" w:hAnsi="Calibri"/>
                <w:b w:val="0"/>
                <w:i w:val="0"/>
                <w:color w:val="20364A"/>
                <w:sz w:val="15"/>
              </w:rPr>
              <w:t>□ I will disclose conflicts, protect confidential and personal data, and will not promise any loan, subsidy, scheme or regulatory approval or imply influence/affiliation with a bank, government body or authority.</w:t>
            </w:r>
          </w:p>
          <w:p>
            <w:pPr>
              <w:spacing w:after="44" w:line="245" w:lineRule="auto"/>
            </w:pPr>
            <w:r>
              <w:rPr>
                <w:rFonts w:ascii="Calibri" w:hAnsi="Calibri"/>
                <w:b w:val="0"/>
                <w:i w:val="0"/>
                <w:color w:val="20364A"/>
                <w:sz w:val="15"/>
              </w:rPr>
              <w:t>□ I understand that this is a non-exclusive independent association and does not create employment, partnership, agency, guaranteed listing or guaranteed work. Every assignment requires separate written acceptance of scope, fees, taxes, timeline, responsibility and data access.</w:t>
            </w:r>
          </w:p>
          <w:p>
            <w:pPr>
              <w:spacing w:after="44" w:line="245" w:lineRule="auto"/>
            </w:pPr>
            <w:r>
              <w:rPr>
                <w:rFonts w:ascii="Calibri" w:hAnsi="Calibri"/>
                <w:b w:val="0"/>
                <w:i w:val="0"/>
                <w:color w:val="20364A"/>
                <w:sz w:val="15"/>
              </w:rPr>
              <w:t>□ I consent to MyIndustryDesk collecting, verifying and storing my information for panel administration, assignment matching, communication and quality control, and contacting me by □ Email  □ Phone/SMS  □ WhatsApp.</w:t>
            </w:r>
          </w:p>
          <w:p>
            <w:pPr>
              <w:spacing w:after="44" w:line="245" w:lineRule="auto"/>
            </w:pPr>
            <w:r>
              <w:rPr>
                <w:rFonts w:ascii="Calibri" w:hAnsi="Calibri"/>
                <w:b w:val="0"/>
                <w:i w:val="0"/>
                <w:color w:val="20364A"/>
                <w:sz w:val="15"/>
              </w:rPr>
              <w:t>□ Profile choice:  □ I approve publication of my selected factual name, photograph, qualifications, role, expertise, city and languages after verification.  □ Keep my profile internal only; do not publish it.</w:t>
            </w:r>
          </w:p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20364A"/>
                <w:sz w:val="15"/>
              </w:rPr>
              <w:t>□ I may request correction or withdraw publication consent through support@myindustrydesk.com. Verified withdrawal requests should be actioned within ten business days; limited legal/audit records may be retained as required. Semi-qualified associates will work only under approved supervision.</w:t>
            </w:r>
          </w:p>
        </w:tc>
      </w:tr>
    </w:tbl>
    <w:p>
      <w:pPr>
        <w:spacing w:after="40" w:line="252" w:lineRule="auto"/>
      </w:pPr>
      <w:r>
        <w:rPr>
          <w:rFonts w:ascii="Calibri" w:hAnsi="Calibri"/>
          <w:b w:val="0"/>
          <w:i w:val="0"/>
          <w:color w:val="20364A"/>
          <w:sz w:val="15"/>
        </w:rPr>
        <w:t>Website profile line approved by professional: ________________________________________________________________________________________</w:t>
      </w:r>
    </w:p>
    <w:p>
      <w:pPr>
        <w:spacing w:after="60" w:line="252" w:lineRule="auto"/>
      </w:pPr>
      <w:r>
        <w:rPr>
          <w:rFonts w:ascii="Calibri" w:hAnsi="Calibri"/>
          <w:b w:val="0"/>
          <w:i w:val="0"/>
          <w:color w:val="20364A"/>
          <w:sz w:val="14"/>
        </w:rPr>
        <w:t>Do not submit PAN, Aadhaar, bank details, passwords/OTPs or client-confidential documents through a public form. MyIndustryDesk may request necessary verification records separately through a secure process.</w:t>
      </w:r>
    </w:p>
    <w:tbl>
      <w:tblPr>
        <w:tblW w:type="dxa" w:w="10280"/>
        <w:jc w:val="left"/>
        <w:tblLayout w:type="fixed"/>
        <w:tblLook w:firstColumn="1" w:firstRow="1" w:lastColumn="0" w:lastRow="0" w:noHBand="0" w:noVBand="1" w:val="04A0"/>
        <w:tblInd w:w="60" w:type="dxa"/>
      </w:tblPr>
      <w:tblGrid>
        <w:gridCol w:w="10280"/>
      </w:tblGrid>
      <w:tr>
        <w:trPr>
          <w:cantSplit/>
        </w:trPr>
        <w:tc>
          <w:tcPr>
            <w:tcW w:type="dxa" w:w="10280"/>
            <w:shd w:fill="052F4F"/>
            <w:tcBorders>
              <w:top w:val="single" w:sz="6" w:space="0" w:color="C9D8E1"/>
              <w:start w:val="single" w:sz="6" w:space="0" w:color="C9D8E1"/>
              <w:bottom w:val="single" w:sz="6" w:space="0" w:color="C9D8E1"/>
              <w:end w:val="single" w:sz="6" w:space="0" w:color="C9D8E1"/>
              <w:insideH w:val="single" w:sz="6" w:space="0" w:color="C9D8E1"/>
              <w:insideV w:val="single" w:sz="6" w:space="0" w:color="C9D8E1"/>
            </w:tcBorders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D. Acceptance</w:t>
            </w:r>
          </w:p>
        </w:tc>
      </w:tr>
    </w:tbl>
    <w:p>
      <w:pPr>
        <w:spacing w:after="20" w:line="48" w:lineRule="auto"/>
      </w:pPr>
    </w:p>
    <w:tbl>
      <w:tblPr>
        <w:tblW w:type="dxa" w:w="10280"/>
        <w:jc w:val="left"/>
        <w:tblLayout w:type="fixed"/>
        <w:tblLook w:firstColumn="1" w:firstRow="1" w:lastColumn="0" w:lastRow="0" w:noHBand="0" w:noVBand="1" w:val="04A0"/>
        <w:tblInd w:w="60" w:type="dxa"/>
      </w:tblPr>
      <w:tblGrid>
        <w:gridCol w:w="5140"/>
        <w:gridCol w:w="5140"/>
      </w:tblGrid>
      <w:tr>
        <w:trPr>
          <w:cantSplit/>
        </w:trPr>
        <w:tc>
          <w:tcPr>
            <w:tcW w:type="dxa" w:w="514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  <w:tcBorders>
              <w:top w:val="single" w:sz="6" w:space="0" w:color="C9D8E1"/>
              <w:start w:val="single" w:sz="6" w:space="0" w:color="C9D8E1"/>
              <w:bottom w:val="single" w:sz="6" w:space="0" w:color="C9D8E1"/>
              <w:end w:val="single" w:sz="6" w:space="0" w:color="C9D8E1"/>
              <w:insideH w:val="single" w:sz="6" w:space="0" w:color="C9D8E1"/>
              <w:insideV w:val="single" w:sz="6" w:space="0" w:color="C9D8E1"/>
            </w:tcBorders>
          </w:tcPr>
          <w:p>
            <w:pPr>
              <w:spacing w:after="30"/>
            </w:pPr>
            <w:r/>
            <w:r>
              <w:rPr>
                <w:rFonts w:ascii="Calibri" w:hAnsi="Calibri"/>
                <w:b/>
                <w:i w:val="0"/>
                <w:color w:val="052F4F"/>
                <w:sz w:val="15"/>
              </w:rPr>
              <w:t>PROFESSIONAL SIGNATURE / E-SIGN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364A"/>
                <w:sz w:val="16"/>
              </w:rPr>
              <w:t>____________________________________</w:t>
            </w:r>
          </w:p>
        </w:tc>
        <w:tc>
          <w:tcPr>
            <w:tcW w:type="dxa" w:w="514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  <w:tcBorders>
              <w:top w:val="single" w:sz="6" w:space="0" w:color="C9D8E1"/>
              <w:start w:val="single" w:sz="6" w:space="0" w:color="C9D8E1"/>
              <w:bottom w:val="single" w:sz="6" w:space="0" w:color="C9D8E1"/>
              <w:end w:val="single" w:sz="6" w:space="0" w:color="C9D8E1"/>
              <w:insideH w:val="single" w:sz="6" w:space="0" w:color="C9D8E1"/>
              <w:insideV w:val="single" w:sz="6" w:space="0" w:color="C9D8E1"/>
            </w:tcBorders>
          </w:tcPr>
          <w:p>
            <w:pPr>
              <w:spacing w:after="30"/>
            </w:pPr>
            <w:r/>
            <w:r>
              <w:rPr>
                <w:rFonts w:ascii="Calibri" w:hAnsi="Calibri"/>
                <w:b/>
                <w:i w:val="0"/>
                <w:color w:val="052F4F"/>
                <w:sz w:val="15"/>
              </w:rPr>
              <w:t>DATE &amp; PLACE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364A"/>
                <w:sz w:val="16"/>
              </w:rPr>
              <w:t>____________________________________</w:t>
            </w:r>
          </w:p>
        </w:tc>
      </w:tr>
      <w:tr>
        <w:trPr>
          <w:cantSplit/>
        </w:trPr>
        <w:tc>
          <w:tcPr>
            <w:tcW w:type="dxa" w:w="5140"/>
            <w:shd w:fill="F5F7F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  <w:tcBorders>
              <w:top w:val="single" w:sz="6" w:space="0" w:color="C9D8E1"/>
              <w:start w:val="single" w:sz="6" w:space="0" w:color="C9D8E1"/>
              <w:bottom w:val="single" w:sz="6" w:space="0" w:color="C9D8E1"/>
              <w:end w:val="single" w:sz="6" w:space="0" w:color="C9D8E1"/>
              <w:insideH w:val="single" w:sz="6" w:space="0" w:color="C9D8E1"/>
              <w:insideV w:val="single" w:sz="6" w:space="0" w:color="C9D8E1"/>
            </w:tcBorders>
          </w:tcPr>
          <w:p>
            <w:pPr>
              <w:spacing w:after="30"/>
            </w:pPr>
            <w:r/>
            <w:r>
              <w:rPr>
                <w:rFonts w:ascii="Calibri" w:hAnsi="Calibri"/>
                <w:b/>
                <w:i w:val="0"/>
                <w:color w:val="052F4F"/>
                <w:sz w:val="15"/>
              </w:rPr>
              <w:t>FOR MYINDUSTRYDESK — AUTHORISED SIGNATORY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364A"/>
                <w:sz w:val="16"/>
              </w:rPr>
              <w:t>____________________________________</w:t>
            </w:r>
          </w:p>
        </w:tc>
        <w:tc>
          <w:tcPr>
            <w:tcW w:type="dxa" w:w="5140"/>
            <w:shd w:fill="F5F7F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  <w:tcBorders>
              <w:top w:val="single" w:sz="6" w:space="0" w:color="C9D8E1"/>
              <w:start w:val="single" w:sz="6" w:space="0" w:color="C9D8E1"/>
              <w:bottom w:val="single" w:sz="6" w:space="0" w:color="C9D8E1"/>
              <w:end w:val="single" w:sz="6" w:space="0" w:color="C9D8E1"/>
              <w:insideH w:val="single" w:sz="6" w:space="0" w:color="C9D8E1"/>
              <w:insideV w:val="single" w:sz="6" w:space="0" w:color="C9D8E1"/>
            </w:tcBorders>
          </w:tcPr>
          <w:p>
            <w:pPr>
              <w:spacing w:after="30"/>
            </w:pPr>
            <w:r/>
            <w:r>
              <w:rPr>
                <w:rFonts w:ascii="Calibri" w:hAnsi="Calibri"/>
                <w:b/>
                <w:i w:val="0"/>
                <w:color w:val="052F4F"/>
                <w:sz w:val="15"/>
              </w:rPr>
              <w:t>APPROVED PUBLIC LABEL / RELATIONSHIP CODE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364A"/>
                <w:sz w:val="16"/>
              </w:rPr>
              <w:t>____________________________________</w:t>
            </w:r>
          </w:p>
        </w:tc>
      </w:tr>
    </w:tbl>
    <w:p>
      <w:pPr>
        <w:spacing w:before="40" w:after="0"/>
        <w:jc w:val="center"/>
      </w:pPr>
      <w:r>
        <w:rPr>
          <w:rFonts w:ascii="Calibri" w:hAnsi="Calibri"/>
          <w:b w:val="0"/>
          <w:i/>
          <w:color w:val="5C7183"/>
          <w:sz w:val="14"/>
        </w:rPr>
        <w:t>This form records an application and consent only; association, website publication and assignments remain subject to verification, professional-ethics review and written approval.</w:t>
      </w:r>
    </w:p>
    <w:sectPr w:rsidR="00FC693F" w:rsidRPr="0006063C" w:rsidSect="00034616">
      <w:headerReference w:type="default" r:id="rId9"/>
      <w:footerReference w:type="default" r:id="rId10"/>
      <w:pgSz w:w="11909" w:h="16834"/>
      <w:pgMar w:top="662" w:right="792" w:bottom="619" w:left="792" w:header="288" w:footer="31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Calibri" w:hAnsi="Calibri"/>
        <w:b w:val="0"/>
        <w:i w:val="0"/>
        <w:color w:val="5C7183"/>
        <w:sz w:val="13"/>
      </w:rPr>
      <w:t>support@myindustrydesk.com  •  Operated by VS Consultants Private Limited  •  Application subject to verification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rPr>
        <w:rFonts w:ascii="Calibri" w:hAnsi="Calibri"/>
        <w:b/>
        <w:i w:val="0"/>
        <w:color w:val="052F4F"/>
        <w:sz w:val="15"/>
      </w:rPr>
      <w:t>MyIndustryDesk.com</w:t>
    </w:r>
    <w:r>
      <w:rPr>
        <w:rFonts w:ascii="Calibri" w:hAnsi="Calibri"/>
        <w:b w:val="0"/>
        <w:i w:val="0"/>
        <w:color w:val="009B8E"/>
        <w:sz w:val="15"/>
      </w:rPr>
      <w:t xml:space="preserve">  |  Consultation Desk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40" w:line="252" w:lineRule="auto"/>
    </w:pPr>
    <w:rPr>
      <w:rFonts w:ascii="Calibri" w:hAnsi="Calibri"/>
      <w:color w:val="20364A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MyIndustryDesk One-Page Professional Association &amp; Profile Consent Form</dc:title>
  <dc:subject>Public-facing professional association application and profile consent</dc:subject>
  <dc:creator>MyIndustryDesk / VS Consultants Private Limited</dc:creator>
  <cp:keywords/>
  <dc:description>Compact public-facing application; production use subject to legal and professional-ethics review.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